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eiryo" w:hAnsi="Meiryo"/>
          <w:b/>
          <w:color w:val="0F172A"/>
          <w:sz w:val="36"/>
        </w:rPr>
        <w:t>職 務 経 歴 書</w:t>
      </w:r>
    </w:p>
    <w:p>
      <w:pPr>
        <w:jc w:val="right"/>
      </w:pPr>
      <w:r>
        <w:rPr>
          <w:rFonts w:ascii="Meiryo" w:hAnsi="Meiryo"/>
          <w:color w:val="475569"/>
          <w:sz w:val="20"/>
        </w:rPr>
        <w:t>2026年   月   日 現在</w:t>
        <w:br/>
        <w:t>氏名：__________________</w:t>
      </w:r>
    </w:p>
    <w:p>
      <w:pPr>
        <w:pStyle w:val="Heading1"/>
      </w:pPr>
      <w:r>
        <w:rPr>
          <w:rFonts w:ascii="Meiryo" w:hAnsi="Meiryo"/>
          <w:b/>
          <w:color w:val="0D9488"/>
          <w:sz w:val="26"/>
        </w:rPr>
        <w:t>■ 職務要約 (Career Summary)</w:t>
      </w:r>
    </w:p>
    <w:p>
      <w:r>
        <w:rPr>
          <w:rFonts w:ascii="Meiryo" w:hAnsi="Meiryo"/>
          <w:sz w:val="20"/>
        </w:rPr>
        <w:t>大学卒業後、〇〇業界にて〇〇年間にわたりWebアプリケーション開発およびプロジェクト管理に従事してまいりました。フロントエンド（React/TypeScript）からバックエンド（PHP/Laravel、Node.js）、AWSを用いたインフラ設計まで幅広く経験。</w:t>
        <w:br/>
        <w:t>2026年からは日本でのキャリア発展を見据え、日本語能力（JLPT N2）を活かしたクロスボーダー開発や多国籍チームのリードを強みとしています。</w:t>
      </w:r>
    </w:p>
    <w:p>
      <w:pPr>
        <w:pStyle w:val="Heading1"/>
      </w:pPr>
      <w:r>
        <w:rPr>
          <w:rFonts w:ascii="Meiryo" w:hAnsi="Meiryo"/>
          <w:b/>
          <w:color w:val="0D9488"/>
          <w:sz w:val="26"/>
        </w:rPr>
        <w:t>■ 活かせるスキル・知識・語学力 (Core Competencies)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rFonts w:ascii="Meiryo" w:hAnsi="Meiryo"/>
                <w:b/>
                <w:sz w:val="19"/>
              </w:rPr>
              <w:t>言語 / 開発スキル</w:t>
            </w:r>
          </w:p>
        </w:tc>
        <w:tc>
          <w:tcPr>
            <w:tcW w:type="dxa" w:w="6624"/>
          </w:tcPr>
          <w:p>
            <w:r>
              <w:rPr>
                <w:rFonts w:ascii="Meiryo" w:hAnsi="Meiryo"/>
                <w:sz w:val="19"/>
              </w:rPr>
              <w:t>PHP (Laravel), JavaScript / TypeScript (React, Next.js), Python, HTML5/CSS3</w:t>
            </w:r>
          </w:p>
        </w:tc>
      </w:tr>
      <w:tr>
        <w:tc>
          <w:tcPr>
            <w:tcW w:type="dxa" w:w="3168"/>
          </w:tcPr>
          <w:p>
            <w:r>
              <w:rPr>
                <w:rFonts w:ascii="Meiryo" w:hAnsi="Meiryo"/>
                <w:b/>
                <w:sz w:val="19"/>
              </w:rPr>
              <w:t>データベース / クラウド</w:t>
            </w:r>
          </w:p>
        </w:tc>
        <w:tc>
          <w:tcPr>
            <w:tcW w:type="dxa" w:w="6624"/>
          </w:tcPr>
          <w:p>
            <w:r>
              <w:rPr>
                <w:rFonts w:ascii="Meiryo" w:hAnsi="Meiryo"/>
                <w:sz w:val="19"/>
              </w:rPr>
              <w:t>MySQL, PostgreSQL, Redis, AWS (EC2, S3, RDS, Lambda), Docker</w:t>
            </w:r>
          </w:p>
        </w:tc>
      </w:tr>
      <w:tr>
        <w:tc>
          <w:tcPr>
            <w:tcW w:type="dxa" w:w="3168"/>
          </w:tcPr>
          <w:p>
            <w:r>
              <w:rPr>
                <w:rFonts w:ascii="Meiryo" w:hAnsi="Meiryo"/>
                <w:b/>
                <w:sz w:val="19"/>
              </w:rPr>
              <w:t>語学力 (Languages)</w:t>
            </w:r>
          </w:p>
        </w:tc>
        <w:tc>
          <w:tcPr>
            <w:tcW w:type="dxa" w:w="6624"/>
          </w:tcPr>
          <w:p>
            <w:r>
              <w:rPr>
                <w:rFonts w:ascii="Meiryo" w:hAnsi="Meiryo"/>
                <w:sz w:val="19"/>
              </w:rPr>
              <w:t>日本語 (JLPT N2 - ビジネス会話・仕様書読解)</w:t>
              <w:br/>
              <w:t>英語 (ビジネスレベル - ネイティブ/流暢)</w:t>
            </w:r>
          </w:p>
        </w:tc>
      </w:tr>
      <w:tr>
        <w:tc>
          <w:tcPr>
            <w:tcW w:type="dxa" w:w="3168"/>
          </w:tcPr>
          <w:p>
            <w:r>
              <w:rPr>
                <w:rFonts w:ascii="Meiryo" w:hAnsi="Meiryo"/>
                <w:b/>
                <w:sz w:val="19"/>
              </w:rPr>
              <w:t>保有資格 (Certifications)</w:t>
            </w:r>
          </w:p>
        </w:tc>
        <w:tc>
          <w:tcPr>
            <w:tcW w:type="dxa" w:w="6624"/>
          </w:tcPr>
          <w:p>
            <w:r>
              <w:rPr>
                <w:rFonts w:ascii="Meiryo" w:hAnsi="Meiryo"/>
                <w:sz w:val="19"/>
              </w:rPr>
              <w:t>日本語能力試験 (JLPT) N2, 基本情報技術者相当, AWS Certified Solutions Architect</w:t>
            </w:r>
          </w:p>
        </w:tc>
      </w:tr>
      <w:tr>
        <w:tc>
          <w:tcPr>
            <w:tcW w:type="dxa" w:w="3168"/>
          </w:tcPr>
          <w:p>
            <w:r>
              <w:rPr>
                <w:rFonts w:ascii="Meiryo" w:hAnsi="Meiryo"/>
                <w:b/>
                <w:sz w:val="19"/>
              </w:rPr>
              <w:t>強み / ヒューマンスキル</w:t>
            </w:r>
          </w:p>
        </w:tc>
        <w:tc>
          <w:tcPr>
            <w:tcW w:type="dxa" w:w="6624"/>
          </w:tcPr>
          <w:p>
            <w:r>
              <w:rPr>
                <w:rFonts w:ascii="Meiryo" w:hAnsi="Meiryo"/>
                <w:sz w:val="19"/>
              </w:rPr>
              <w:t>アジャイル/スクラム開発経験、異文化コミュニケーション、ドキュメント作成能力</w:t>
            </w:r>
          </w:p>
        </w:tc>
      </w:tr>
    </w:tbl>
    <w:p/>
    <w:p>
      <w:pPr>
        <w:pStyle w:val="Heading1"/>
      </w:pPr>
      <w:r>
        <w:rPr>
          <w:rFonts w:ascii="Meiryo" w:hAnsi="Meiryo"/>
          <w:b/>
          <w:color w:val="0D9488"/>
          <w:sz w:val="26"/>
        </w:rPr>
        <w:t>■ 職務経歴詳細 (Work History Details)</w:t>
      </w:r>
    </w:p>
    <w:p>
      <w:r>
        <w:rPr>
          <w:rFonts w:ascii="Meiryo" w:hAnsi="Meiryo"/>
          <w:b/>
          <w:sz w:val="22"/>
        </w:rPr>
        <w:t>【会社名】株式会社〇〇〇〇 （期間：2023年4月 ～ 2026年3月）</w:t>
      </w:r>
    </w:p>
    <w:p>
      <w:r>
        <w:rPr>
          <w:rFonts w:ascii="Meiryo" w:hAnsi="Meiryo"/>
          <w:color w:val="64748B"/>
          <w:sz w:val="18"/>
        </w:rPr>
        <w:t>事業内容：IT受託開発・クラウドサービス提供 / 資本金：5,000万円 / 従業員数：120名 / 雇用形態：正社員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592"/>
          </w:tcPr>
          <w:p>
            <w:r>
              <w:rPr>
                <w:rFonts w:ascii="Meiryo" w:hAnsi="Meiryo"/>
                <w:b/>
                <w:sz w:val="19"/>
              </w:rPr>
              <w:t>プロジェクト名</w:t>
            </w:r>
          </w:p>
        </w:tc>
        <w:tc>
          <w:tcPr>
            <w:tcW w:type="dxa" w:w="7200"/>
          </w:tcPr>
          <w:p>
            <w:r>
              <w:rPr>
                <w:rFonts w:ascii="Meiryo" w:hAnsi="Meiryo"/>
                <w:sz w:val="19"/>
              </w:rPr>
              <w:t>外国人向け求人・採用ポータルサイトの開発および保守</w:t>
            </w:r>
          </w:p>
        </w:tc>
      </w:tr>
      <w:tr>
        <w:tc>
          <w:tcPr>
            <w:tcW w:type="dxa" w:w="2592"/>
          </w:tcPr>
          <w:p>
            <w:r>
              <w:rPr>
                <w:rFonts w:ascii="Meiryo" w:hAnsi="Meiryo"/>
                <w:b/>
                <w:sz w:val="19"/>
              </w:rPr>
              <w:t>期間 / 規模</w:t>
            </w:r>
          </w:p>
        </w:tc>
        <w:tc>
          <w:tcPr>
            <w:tcW w:type="dxa" w:w="7200"/>
          </w:tcPr>
          <w:p>
            <w:r>
              <w:rPr>
                <w:rFonts w:ascii="Meiryo" w:hAnsi="Meiryo"/>
                <w:sz w:val="19"/>
              </w:rPr>
              <w:t>2024年6月 ～ 2026年2月 (開発チーム: 6名 / スクラム)</w:t>
            </w:r>
          </w:p>
        </w:tc>
      </w:tr>
      <w:tr>
        <w:tc>
          <w:tcPr>
            <w:tcW w:type="dxa" w:w="2592"/>
          </w:tcPr>
          <w:p>
            <w:r>
              <w:rPr>
                <w:rFonts w:ascii="Meiryo" w:hAnsi="Meiryo"/>
                <w:b/>
                <w:sz w:val="19"/>
              </w:rPr>
              <w:t>担当工程</w:t>
            </w:r>
          </w:p>
        </w:tc>
        <w:tc>
          <w:tcPr>
            <w:tcW w:type="dxa" w:w="7200"/>
          </w:tcPr>
          <w:p>
            <w:r>
              <w:rPr>
                <w:rFonts w:ascii="Meiryo" w:hAnsi="Meiryo"/>
                <w:sz w:val="19"/>
              </w:rPr>
              <w:t>要件定義、詳細設計、実装、単体・結合テスト、AWS本番デプロイ</w:t>
            </w:r>
          </w:p>
        </w:tc>
      </w:tr>
      <w:tr>
        <w:tc>
          <w:tcPr>
            <w:tcW w:type="dxa" w:w="2592"/>
          </w:tcPr>
          <w:p>
            <w:r>
              <w:rPr>
                <w:rFonts w:ascii="Meiryo" w:hAnsi="Meiryo"/>
                <w:b/>
                <w:sz w:val="19"/>
              </w:rPr>
              <w:t>開発環境</w:t>
            </w:r>
          </w:p>
        </w:tc>
        <w:tc>
          <w:tcPr>
            <w:tcW w:type="dxa" w:w="7200"/>
          </w:tcPr>
          <w:p>
            <w:r>
              <w:rPr>
                <w:rFonts w:ascii="Meiryo" w:hAnsi="Meiryo"/>
                <w:sz w:val="19"/>
              </w:rPr>
              <w:t>OS: Linux (Ubuntu), 言語: PHP 8.2, TypeScript, FW: Laravel, React, DB: MySQL, AWS</w:t>
            </w:r>
          </w:p>
        </w:tc>
      </w:tr>
      <w:tr>
        <w:tc>
          <w:tcPr>
            <w:tcW w:type="dxa" w:w="2592"/>
          </w:tcPr>
          <w:p>
            <w:r>
              <w:rPr>
                <w:rFonts w:ascii="Meiryo" w:hAnsi="Meiryo"/>
                <w:b/>
                <w:sz w:val="19"/>
              </w:rPr>
              <w:t>業務内容</w:t>
            </w:r>
          </w:p>
        </w:tc>
        <w:tc>
          <w:tcPr>
            <w:tcW w:type="dxa" w:w="7200"/>
          </w:tcPr>
          <w:p>
            <w:r>
              <w:rPr>
                <w:rFonts w:ascii="Meiryo" w:hAnsi="Meiryo"/>
                <w:sz w:val="19"/>
              </w:rPr>
              <w:t>・求職者と企業向けのマッチングアルゴリズムの実装</w:t>
              <w:br/>
              <w:t>・多言語切り替え（日・英）およびSEO最適化（JSON-LD・動的OGP）</w:t>
              <w:br/>
              <w:t>・Google Indexing API / Search Console API連携モジュールの構築</w:t>
            </w:r>
          </w:p>
        </w:tc>
      </w:tr>
      <w:tr>
        <w:tc>
          <w:tcPr>
            <w:tcW w:type="dxa" w:w="2592"/>
          </w:tcPr>
          <w:p>
            <w:r>
              <w:rPr>
                <w:rFonts w:ascii="Meiryo" w:hAnsi="Meiryo"/>
                <w:b/>
                <w:sz w:val="19"/>
              </w:rPr>
              <w:t>実績・成果</w:t>
            </w:r>
          </w:p>
        </w:tc>
        <w:tc>
          <w:tcPr>
            <w:tcW w:type="dxa" w:w="7200"/>
          </w:tcPr>
          <w:p>
            <w:r>
              <w:rPr>
                <w:rFonts w:ascii="Meiryo" w:hAnsi="Meiryo"/>
                <w:sz w:val="19"/>
              </w:rPr>
              <w:t>・初期レスポンス時間を35%削減し、Core Web Vitalsを改善</w:t>
              <w:br/>
              <w:t>・月間アクティブ求職者数（MAU）の前年比180%成長に寄与</w:t>
            </w:r>
          </w:p>
        </w:tc>
      </w:tr>
    </w:tbl>
    <w:p/>
    <w:p>
      <w:pPr>
        <w:pStyle w:val="Heading1"/>
      </w:pPr>
      <w:r>
        <w:rPr>
          <w:rFonts w:ascii="Meiryo" w:hAnsi="Meiryo"/>
          <w:b/>
          <w:color w:val="0D9488"/>
          <w:sz w:val="26"/>
        </w:rPr>
        <w:t>■ 自己PR (Self PR)</w:t>
      </w:r>
    </w:p>
    <w:p>
      <w:r>
        <w:rPr>
          <w:rFonts w:ascii="Meiryo" w:hAnsi="Meiryo"/>
          <w:sz w:val="20"/>
        </w:rPr>
        <w:t>【異文化適応力とスピード感のある課題解決力】</w:t>
        <w:br/>
        <w:t>海外出身エンジニアとしての柔軟な視点と、日本の商習慣・ビジネスマナーへの高い敬意を併せ持っています。前職では日本人メンバーと外国人エンジニアの橋渡し役として、仕様のすり合わせやコードレビューを円滑に進め、プロジェクト遅延ゼロを達成しました。貴社においても、技術力のみならずチームの結束力向上に全力でコミットいたします。</w:t>
      </w:r>
    </w:p>
    <w:p>
      <w:pPr>
        <w:jc w:val="right"/>
      </w:pPr>
      <w:r>
        <w:rPr>
          <w:rFonts w:ascii="Meiryo" w:hAnsi="Meiryo"/>
          <w:b/>
          <w:sz w:val="20"/>
        </w:rPr>
        <w:t>以 上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